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25" w:rsidRDefault="00C77EB3" w:rsidP="00B070F9">
      <w:pPr>
        <w:pStyle w:val="Tytu"/>
        <w:rPr>
          <w:rFonts w:hint="eastAsia"/>
        </w:rPr>
      </w:pPr>
      <w:r>
        <w:t>Python – pętla while</w:t>
      </w:r>
    </w:p>
    <w:p w:rsidR="00256D25" w:rsidRDefault="00C77EB3" w:rsidP="00B070F9">
      <w:pPr>
        <w:pStyle w:val="Tytu"/>
        <w:rPr>
          <w:rFonts w:hint="eastAsia"/>
        </w:rPr>
      </w:pPr>
      <w:r>
        <w:rPr>
          <w:color w:val="52606D"/>
          <w:sz w:val="22"/>
        </w:rPr>
        <w:t>Warunek True / False • pętla działająca ciągle • break • walidacja danych • zadania</w:t>
      </w:r>
    </w:p>
    <w:p w:rsidR="00B070F9" w:rsidRPr="00A8058E" w:rsidRDefault="00B070F9" w:rsidP="00B070F9">
      <w:pPr>
        <w:pStyle w:val="Nagwek4"/>
      </w:pPr>
      <w:proofErr w:type="spellStart"/>
      <w:r w:rsidRPr="00A8058E">
        <w:t>Opracowanie</w:t>
      </w:r>
      <w:proofErr w:type="spellEnd"/>
      <w:r w:rsidRPr="00A8058E">
        <w:t xml:space="preserve"> </w:t>
      </w:r>
      <w:proofErr w:type="spellStart"/>
      <w:r w:rsidRPr="00A8058E">
        <w:t>dydaktyczne</w:t>
      </w:r>
      <w:proofErr w:type="spellEnd"/>
      <w:r w:rsidRPr="00A8058E">
        <w:t xml:space="preserve">: Karolina </w:t>
      </w:r>
      <w:proofErr w:type="spellStart"/>
      <w:r w:rsidRPr="00A8058E">
        <w:t>Wojciechowska-Deluga</w:t>
      </w:r>
      <w:proofErr w:type="spellEnd"/>
    </w:p>
    <w:p w:rsidR="00B070F9" w:rsidRPr="00A8058E" w:rsidRDefault="00B070F9" w:rsidP="00B070F9">
      <w:pPr>
        <w:pStyle w:val="Nagwek4"/>
      </w:pPr>
      <w:proofErr w:type="spellStart"/>
      <w:r w:rsidRPr="00A8058E">
        <w:t>Wsparcie</w:t>
      </w:r>
      <w:proofErr w:type="spellEnd"/>
      <w:r w:rsidRPr="00A8058E">
        <w:t xml:space="preserve"> </w:t>
      </w:r>
      <w:proofErr w:type="spellStart"/>
      <w:r w:rsidRPr="00A8058E">
        <w:t>redakcyjne</w:t>
      </w:r>
      <w:proofErr w:type="spellEnd"/>
      <w:r w:rsidRPr="00A8058E">
        <w:t xml:space="preserve">: </w:t>
      </w:r>
      <w:proofErr w:type="spellStart"/>
      <w:r w:rsidRPr="00A8058E">
        <w:t>ChatGPT</w:t>
      </w:r>
      <w:proofErr w:type="spellEnd"/>
      <w:r w:rsidRPr="00A8058E">
        <w:t xml:space="preserve"> (</w:t>
      </w:r>
      <w:proofErr w:type="spellStart"/>
      <w:r w:rsidRPr="00A8058E">
        <w:t>OpenAI</w:t>
      </w:r>
      <w:proofErr w:type="spellEnd"/>
      <w:r w:rsidRPr="00A8058E">
        <w:t>)</w:t>
      </w:r>
    </w:p>
    <w:p w:rsidR="00256D25" w:rsidRDefault="00256D25">
      <w:pPr>
        <w:rPr>
          <w:rFonts w:hint="eastAs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256D25">
        <w:tc>
          <w:tcPr>
            <w:tcW w:w="10312" w:type="dxa"/>
            <w:shd w:val="clear" w:color="auto" w:fill="EAF4FB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CEL: zrozumieć, jak działa pętla while, czym są wartości</w:t>
            </w:r>
            <w:r>
              <w:t xml:space="preserve"> logiczne True i False, jak kontrolować warunek oraz jak utworzyć program, który działa aż do świadomego przerwania.</w:t>
            </w:r>
          </w:p>
        </w:tc>
      </w:tr>
    </w:tbl>
    <w:p w:rsidR="00256D25" w:rsidRDefault="00C77EB3">
      <w:pPr>
        <w:pStyle w:val="Nagwek1"/>
      </w:pPr>
      <w:r>
        <w:t>1. Kiedy używamy while?</w:t>
      </w:r>
    </w:p>
    <w:p w:rsidR="00256D25" w:rsidRDefault="00C77EB3">
      <w:pPr>
        <w:spacing w:after="100"/>
        <w:rPr>
          <w:rFonts w:hint="eastAsia"/>
        </w:rPr>
      </w:pPr>
      <w:r>
        <w:t>Pętla while wykonuje instrukcje tak długo, jak długo jej warunek jest prawdziwy (True). Jest szczególnie przydatn</w:t>
      </w:r>
      <w:r>
        <w:t>a wtedy, gdy z góry nie wiemy, ile razy trzeba będzie powtórzyć daną czynność.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1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&lt;= 5: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print(liczba)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+= 1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spacing w:after="100"/>
        <w:rPr>
          <w:rFonts w:hint="eastAsia"/>
        </w:rPr>
      </w:pPr>
      <w:r>
        <w:t>Wynik: 1, 2, 3, 4, 5.</w:t>
      </w:r>
    </w:p>
    <w:p w:rsidR="00256D25" w:rsidRDefault="00C77EB3">
      <w:pPr>
        <w:pStyle w:val="Nagwek1"/>
      </w:pPr>
      <w:r>
        <w:t>2. True i False – podstawa działania while</w:t>
      </w:r>
    </w:p>
    <w:p w:rsidR="00256D25" w:rsidRDefault="00C77EB3">
      <w:pPr>
        <w:spacing w:after="100"/>
        <w:rPr>
          <w:rFonts w:hint="eastAsia"/>
        </w:rPr>
      </w:pPr>
      <w:r>
        <w:t xml:space="preserve">Warunek w pętli while jest sprawdzany jako </w:t>
      </w:r>
      <w:r>
        <w:t>wartość logiczna. Może mieć tylko jeden z dwóch wyników: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256D25">
        <w:trPr>
          <w:jc w:val="center"/>
        </w:trPr>
        <w:tc>
          <w:tcPr>
            <w:tcW w:w="5156" w:type="dxa"/>
            <w:shd w:val="clear" w:color="auto" w:fill="DCEAF7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proofErr w:type="spellStart"/>
            <w:r>
              <w:rPr>
                <w:b/>
              </w:rPr>
              <w:t>Wartość</w:t>
            </w:r>
            <w:proofErr w:type="spellEnd"/>
          </w:p>
        </w:tc>
        <w:tc>
          <w:tcPr>
            <w:tcW w:w="5156" w:type="dxa"/>
            <w:shd w:val="clear" w:color="auto" w:fill="DCEAF7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b/>
              </w:rPr>
              <w:t>Znaczenie</w:t>
            </w:r>
          </w:p>
        </w:tc>
      </w:tr>
      <w:tr w:rsidR="00256D25">
        <w:trPr>
          <w:jc w:val="center"/>
        </w:trPr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True</w:t>
            </w:r>
          </w:p>
        </w:tc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prawda – pętla wykonuje się dalej</w:t>
            </w:r>
          </w:p>
        </w:tc>
      </w:tr>
      <w:tr w:rsidR="00256D25">
        <w:trPr>
          <w:jc w:val="center"/>
        </w:trPr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False</w:t>
            </w:r>
          </w:p>
        </w:tc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fałsz – pętla kończy się</w:t>
            </w:r>
          </w:p>
        </w:tc>
      </w:tr>
      <w:tr w:rsidR="00256D25">
        <w:trPr>
          <w:jc w:val="center"/>
        </w:trPr>
        <w:tc>
          <w:tcPr>
            <w:tcW w:w="10312" w:type="dxa"/>
            <w:gridSpan w:val="2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proofErr w:type="spellStart"/>
            <w:r>
              <w:rPr>
                <w:rFonts w:ascii="Consolas" w:hAnsi="Consolas"/>
                <w:sz w:val="18"/>
              </w:rPr>
              <w:t>liczba</w:t>
            </w:r>
            <w:proofErr w:type="spellEnd"/>
            <w:r>
              <w:rPr>
                <w:rFonts w:ascii="Consolas" w:hAnsi="Consolas"/>
                <w:sz w:val="18"/>
              </w:rPr>
              <w:t xml:space="preserve"> = 3</w:t>
            </w:r>
            <w:r>
              <w:br/>
            </w:r>
            <w:r>
              <w:rPr>
                <w:rFonts w:ascii="Consolas" w:hAnsi="Consolas"/>
                <w:sz w:val="18"/>
              </w:rPr>
              <w:t>print(</w:t>
            </w:r>
            <w:proofErr w:type="spellStart"/>
            <w:r>
              <w:rPr>
                <w:rFonts w:ascii="Consolas" w:hAnsi="Consolas"/>
                <w:sz w:val="18"/>
              </w:rPr>
              <w:t>liczba</w:t>
            </w:r>
            <w:proofErr w:type="spellEnd"/>
            <w:r>
              <w:rPr>
                <w:rFonts w:ascii="Consolas" w:hAnsi="Consolas"/>
                <w:sz w:val="18"/>
              </w:rPr>
              <w:t xml:space="preserve"> &lt; 5)   # True</w:t>
            </w:r>
            <w:r>
              <w:br/>
            </w:r>
            <w:r>
              <w:rPr>
                <w:rFonts w:ascii="Consolas" w:hAnsi="Consolas"/>
                <w:sz w:val="18"/>
              </w:rPr>
              <w:t>print(liczba &gt; 10)  # False</w:t>
            </w:r>
          </w:p>
        </w:tc>
      </w:tr>
    </w:tbl>
    <w:p w:rsidR="00256D25" w:rsidRDefault="00256D25">
      <w:pPr>
        <w:rPr>
          <w:rFonts w:hint="eastAs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64"/>
      </w:tblGrid>
      <w:tr w:rsidR="00256D25" w:rsidTr="00B070F9">
        <w:trPr>
          <w:trHeight w:val="756"/>
        </w:trPr>
        <w:tc>
          <w:tcPr>
            <w:tcW w:w="10564" w:type="dxa"/>
            <w:shd w:val="clear" w:color="auto" w:fill="EAF4FB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proofErr w:type="spellStart"/>
            <w:r>
              <w:t>Czytaj</w:t>
            </w:r>
            <w:proofErr w:type="spellEnd"/>
            <w:r>
              <w:t xml:space="preserve"> while </w:t>
            </w:r>
            <w:proofErr w:type="spellStart"/>
            <w:r>
              <w:t>jako</w:t>
            </w:r>
            <w:proofErr w:type="spellEnd"/>
            <w:r>
              <w:t>: „DOPÓKI warunek jest</w:t>
            </w:r>
            <w:r>
              <w:t xml:space="preserve"> True, wykonuj instrukcje w pętli”. Gdy warunek stanie się False, program wychodzi z pętli.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1"/>
      </w:pPr>
      <w:r>
        <w:t>3. Jak Python sprawdza warunek?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1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&lt;= 3: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print(liczba)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+= 1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spacing w:after="100"/>
        <w:rPr>
          <w:rFonts w:hint="eastAsia"/>
        </w:rPr>
      </w:pPr>
      <w:r>
        <w:t>Przebieg programu: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7"/>
        <w:gridCol w:w="3437"/>
        <w:gridCol w:w="3437"/>
      </w:tblGrid>
      <w:tr w:rsidR="00256D25">
        <w:trPr>
          <w:jc w:val="center"/>
        </w:trPr>
        <w:tc>
          <w:tcPr>
            <w:tcW w:w="3437" w:type="dxa"/>
            <w:shd w:val="clear" w:color="auto" w:fill="DCEAF7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b/>
              </w:rPr>
              <w:t>liczba</w:t>
            </w:r>
          </w:p>
        </w:tc>
        <w:tc>
          <w:tcPr>
            <w:tcW w:w="3437" w:type="dxa"/>
            <w:shd w:val="clear" w:color="auto" w:fill="DCEAF7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b/>
              </w:rPr>
              <w:t>Czy liczba &lt;= 3?</w:t>
            </w:r>
          </w:p>
        </w:tc>
        <w:tc>
          <w:tcPr>
            <w:tcW w:w="3437" w:type="dxa"/>
            <w:shd w:val="clear" w:color="auto" w:fill="DCEAF7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b/>
              </w:rPr>
              <w:t>Co robi program?</w:t>
            </w:r>
          </w:p>
        </w:tc>
      </w:tr>
      <w:tr w:rsidR="00256D25">
        <w:trPr>
          <w:jc w:val="center"/>
        </w:trPr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1</w:t>
            </w:r>
          </w:p>
        </w:tc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True</w:t>
            </w:r>
          </w:p>
        </w:tc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wykonuje pętlę</w:t>
            </w:r>
          </w:p>
        </w:tc>
      </w:tr>
      <w:tr w:rsidR="00256D25">
        <w:trPr>
          <w:jc w:val="center"/>
        </w:trPr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2</w:t>
            </w:r>
          </w:p>
        </w:tc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True</w:t>
            </w:r>
          </w:p>
        </w:tc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wykonuje pętlę</w:t>
            </w:r>
          </w:p>
        </w:tc>
      </w:tr>
      <w:tr w:rsidR="00256D25">
        <w:trPr>
          <w:jc w:val="center"/>
        </w:trPr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3</w:t>
            </w:r>
          </w:p>
        </w:tc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True</w:t>
            </w:r>
          </w:p>
        </w:tc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wykonuje pętlę</w:t>
            </w:r>
          </w:p>
        </w:tc>
      </w:tr>
      <w:tr w:rsidR="00256D25">
        <w:trPr>
          <w:jc w:val="center"/>
        </w:trPr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4</w:t>
            </w:r>
          </w:p>
        </w:tc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False</w:t>
            </w:r>
          </w:p>
        </w:tc>
        <w:tc>
          <w:tcPr>
            <w:tcW w:w="3437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kończy pętlę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1"/>
      </w:pPr>
      <w:r>
        <w:t>4. Warunek może być False od samego początku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10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 5: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print(liczba)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spacing w:after="100"/>
        <w:rPr>
          <w:rFonts w:hint="eastAsia"/>
        </w:rPr>
      </w:pPr>
      <w:r>
        <w:t xml:space="preserve">Warunek 10 &lt; 5 jest False już przy pierwszym sprawdzeniu, dlatego </w:t>
      </w:r>
      <w:r>
        <w:t>wnętrze pętli nie wykona się ani razu.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256D25">
        <w:tc>
          <w:tcPr>
            <w:tcW w:w="10312" w:type="dxa"/>
            <w:shd w:val="clear" w:color="auto" w:fill="FFF4E5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 przeciwieństwie do niektórych konstrukcji spotykanych w innych językach programowania, while nie gwarantuje ani jednego wykonania. Python nie ma osobnej pętli do...while.</w:t>
            </w:r>
          </w:p>
        </w:tc>
      </w:tr>
    </w:tbl>
    <w:p w:rsidR="00B070F9" w:rsidRDefault="00B070F9">
      <w:pPr>
        <w:rPr>
          <w:rFonts w:hint="eastAsia"/>
        </w:rPr>
      </w:pPr>
      <w:r>
        <w:rPr>
          <w:rFonts w:hint="eastAsia"/>
        </w:rPr>
        <w:br w:type="page"/>
      </w:r>
    </w:p>
    <w:p w:rsidR="00256D25" w:rsidRDefault="00C77EB3">
      <w:pPr>
        <w:pStyle w:val="Nagwek1"/>
      </w:pPr>
      <w:r>
        <w:lastRenderedPageBreak/>
        <w:t>5. Zmienna sterująca musi się zmieniać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1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&lt;= 5: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print(liczba)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+= 1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spacing w:after="100"/>
        <w:rPr>
          <w:rFonts w:hint="eastAsia"/>
        </w:rPr>
      </w:pPr>
      <w:r>
        <w:t>Po każdym wykonaniu zwiększamy liczbę o 1. Dzięki temu w pewnym momencie liczba osiągnie 6, warunek 6 &lt;= 5 będzie False i pętla się zakończy.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1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&lt;= 5: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print(liczba</w:t>
            </w:r>
            <w:r>
              <w:rPr>
                <w:rFonts w:ascii="Consolas" w:hAnsi="Consolas"/>
                <w:sz w:val="18"/>
              </w:rPr>
              <w:t>)</w:t>
            </w:r>
          </w:p>
        </w:tc>
      </w:tr>
    </w:tbl>
    <w:p w:rsidR="00256D25" w:rsidRDefault="00256D25">
      <w:pPr>
        <w:rPr>
          <w:rFonts w:hint="eastAs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256D25">
        <w:tc>
          <w:tcPr>
            <w:tcW w:w="10312" w:type="dxa"/>
            <w:shd w:val="clear" w:color="auto" w:fill="FFECEC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 drugim przykładzie liczba pozostaje równa 1. Warunek cały czas jest True, więc program będzie bez końca wyświetlał 1. To pętla nieskończona.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1"/>
      </w:pPr>
      <w:r>
        <w:t>6. while True – program działający ciągle</w:t>
      </w:r>
    </w:p>
    <w:p w:rsidR="00256D25" w:rsidRDefault="00C77EB3">
      <w:pPr>
        <w:spacing w:after="100"/>
        <w:rPr>
          <w:rFonts w:hint="eastAsia"/>
        </w:rPr>
      </w:pPr>
      <w:r>
        <w:t xml:space="preserve">Czasami chcemy celowo utworzyć pętlę, która nie ma zakończyć się </w:t>
      </w:r>
      <w:r>
        <w:t>sama. Możemy wtedy bezpośrednio użyć wartości True jako warunku: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while True: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print("Program działa...")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spacing w:after="100"/>
        <w:rPr>
          <w:rFonts w:hint="eastAsia"/>
        </w:rPr>
      </w:pPr>
      <w:r>
        <w:t>Ponieważ True zawsze oznacza prawdę, warunek nigdy sam nie stanie się False. Taki program będzie działał bez końca, dopóki nie zostanie zatrzymany</w:t>
      </w:r>
      <w: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256D25">
        <w:tc>
          <w:tcPr>
            <w:tcW w:w="10312" w:type="dxa"/>
            <w:shd w:val="clear" w:color="auto" w:fill="EAF4FB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while True jest bardzo użyteczne w programach, które mają stale czekać na polecenia użytkownika, np. w menu, grze lub prostym programie tekstowym.</w:t>
            </w:r>
          </w:p>
        </w:tc>
      </w:tr>
    </w:tbl>
    <w:p w:rsidR="00256D25" w:rsidRDefault="00256D25">
      <w:pPr>
        <w:rPr>
          <w:rFonts w:hint="eastAsia"/>
        </w:rPr>
      </w:pPr>
    </w:p>
    <w:p w:rsidR="00B070F9" w:rsidRDefault="00B070F9">
      <w:pPr>
        <w:pStyle w:val="Nagwek1"/>
      </w:pPr>
      <w:r>
        <w:br w:type="page"/>
      </w:r>
    </w:p>
    <w:p w:rsidR="00256D25" w:rsidRDefault="00C77EB3">
      <w:pPr>
        <w:pStyle w:val="Nagwek1"/>
      </w:pPr>
      <w:r>
        <w:lastRenderedPageBreak/>
        <w:t>7. Jak bezpiecznie wyjść z while True? – break</w:t>
      </w:r>
    </w:p>
    <w:p w:rsidR="00256D25" w:rsidRDefault="00C77EB3">
      <w:pPr>
        <w:spacing w:after="100"/>
        <w:rPr>
          <w:rFonts w:hint="eastAsia"/>
        </w:rPr>
      </w:pPr>
      <w:r>
        <w:t>Instrukcja break natychmiast przerywa najbliższą pętlę.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while True: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tekst = input("Napisz coś lub wpisz KONIEC: 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if tekst == "KONIEC":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break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print("Wpisałeś:", tekst)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print("Program zakończony.")</w:t>
            </w:r>
          </w:p>
        </w:tc>
      </w:tr>
    </w:tbl>
    <w:p w:rsidR="00256D25" w:rsidRDefault="00C77EB3">
      <w:pPr>
        <w:spacing w:after="100"/>
        <w:rPr>
          <w:rFonts w:hint="eastAsia"/>
        </w:rPr>
      </w:pPr>
      <w:r>
        <w:t xml:space="preserve">Program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działać</w:t>
      </w:r>
      <w:proofErr w:type="spellEnd"/>
      <w:r>
        <w:t xml:space="preserve"> </w:t>
      </w:r>
      <w:proofErr w:type="spellStart"/>
      <w:r>
        <w:t>dowolnie</w:t>
      </w:r>
      <w:proofErr w:type="spellEnd"/>
      <w:r>
        <w:t xml:space="preserve"> długo. Kończy się dopiero wtedy, gdy użytkownik wpisze KONI</w:t>
      </w:r>
      <w:r>
        <w:t>EC.</w:t>
      </w:r>
    </w:p>
    <w:p w:rsidR="00256D25" w:rsidRDefault="00C77EB3">
      <w:pPr>
        <w:pStyle w:val="Nagwek1"/>
      </w:pPr>
      <w:r>
        <w:t>8. Program działający ciągle – menu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while True: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print("\nMENU")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print("1 - Powitanie")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print("2 - Informacja")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print("0 - Koniec")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wybor = input("Wybierz opcję: 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if wybor == "1":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print("Cześć!")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elif wybor == "2":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print("Uczę się Pythona.")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elif wybor == "0":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break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else: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print("Nie ma takiej opcji.")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print("Do widzenia!")</w:t>
            </w:r>
          </w:p>
        </w:tc>
      </w:tr>
    </w:tbl>
    <w:p w:rsidR="00256D25" w:rsidRDefault="00C77EB3">
      <w:pPr>
        <w:spacing w:after="100"/>
        <w:rPr>
          <w:rFonts w:hint="eastAsia"/>
        </w:rPr>
      </w:pPr>
      <w:r>
        <w:t xml:space="preserve">Po </w:t>
      </w:r>
      <w:proofErr w:type="spellStart"/>
      <w:r>
        <w:t>wykonaniu</w:t>
      </w:r>
      <w:proofErr w:type="spellEnd"/>
      <w:r>
        <w:t xml:space="preserve"> </w:t>
      </w:r>
      <w:proofErr w:type="spellStart"/>
      <w:r>
        <w:t>opcji</w:t>
      </w:r>
      <w:proofErr w:type="spellEnd"/>
      <w:r>
        <w:t xml:space="preserve"> program wraca na początek pętli i ponownie pokazuje menu. Dopiero wyb</w:t>
      </w:r>
      <w:r>
        <w:t>ór 0 uruchamia break.</w:t>
      </w:r>
    </w:p>
    <w:p w:rsidR="00256D25" w:rsidRDefault="00C77EB3">
      <w:pPr>
        <w:pStyle w:val="Nagwek1"/>
      </w:pPr>
      <w:r>
        <w:t>9. while i dane od użytkownika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haslo = ""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haslo != "python":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haslo = input("Podaj hasło: 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print("Poprawne hasło!")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spacing w:after="100"/>
        <w:rPr>
          <w:rFonts w:hint="eastAsia"/>
        </w:rPr>
      </w:pPr>
      <w:r>
        <w:t xml:space="preserve">Warunek haslo != "python" jest True tak długo, jak długo użytkownik podaje inne hasło. Po wpisaniu </w:t>
      </w:r>
      <w:r>
        <w:t>python warunek staje się False.</w:t>
      </w:r>
    </w:p>
    <w:p w:rsidR="00256D25" w:rsidRDefault="00C77EB3">
      <w:pPr>
        <w:pStyle w:val="Nagwek1"/>
      </w:pPr>
      <w:r>
        <w:lastRenderedPageBreak/>
        <w:t>10. Walidacja danych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int(input("Podaj liczbę od 1 do 10: "))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 1 or liczba &gt; 10: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print("Niepoprawna wartość.")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= int(input("Podaj liczbę od 1 do 10: "))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print("Dziękuję.")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spacing w:after="100"/>
        <w:rPr>
          <w:rFonts w:hint="eastAsia"/>
        </w:rPr>
      </w:pPr>
      <w:r>
        <w:t>Program nie</w:t>
      </w:r>
      <w:r>
        <w:t xml:space="preserve"> przejdzie dalej, dopóki użytkownik nie poda wartości mieszczącej się w zakresie.</w:t>
      </w:r>
    </w:p>
    <w:p w:rsidR="00256D25" w:rsidRDefault="00C77EB3">
      <w:pPr>
        <w:pStyle w:val="Nagwek1"/>
      </w:pPr>
      <w:r>
        <w:t>11. Operatory używane w warunkach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256D25">
        <w:trPr>
          <w:jc w:val="center"/>
        </w:trPr>
        <w:tc>
          <w:tcPr>
            <w:tcW w:w="5156" w:type="dxa"/>
            <w:shd w:val="clear" w:color="auto" w:fill="DCEAF7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b/>
              </w:rPr>
              <w:t>Operator</w:t>
            </w:r>
          </w:p>
        </w:tc>
        <w:tc>
          <w:tcPr>
            <w:tcW w:w="5156" w:type="dxa"/>
            <w:shd w:val="clear" w:color="auto" w:fill="DCEAF7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b/>
              </w:rPr>
              <w:t>Znaczenie</w:t>
            </w:r>
          </w:p>
        </w:tc>
      </w:tr>
      <w:tr w:rsidR="00256D25">
        <w:trPr>
          <w:jc w:val="center"/>
        </w:trPr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==</w:t>
            </w:r>
          </w:p>
        </w:tc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równe</w:t>
            </w:r>
          </w:p>
        </w:tc>
      </w:tr>
      <w:tr w:rsidR="00256D25">
        <w:trPr>
          <w:jc w:val="center"/>
        </w:trPr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!=</w:t>
            </w:r>
          </w:p>
        </w:tc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różne</w:t>
            </w:r>
          </w:p>
        </w:tc>
      </w:tr>
      <w:tr w:rsidR="00256D25">
        <w:trPr>
          <w:jc w:val="center"/>
        </w:trPr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&lt;</w:t>
            </w:r>
          </w:p>
        </w:tc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mniejsze</w:t>
            </w:r>
          </w:p>
        </w:tc>
      </w:tr>
      <w:tr w:rsidR="00256D25">
        <w:trPr>
          <w:jc w:val="center"/>
        </w:trPr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&gt;</w:t>
            </w:r>
          </w:p>
        </w:tc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większe</w:t>
            </w:r>
          </w:p>
        </w:tc>
      </w:tr>
      <w:tr w:rsidR="00256D25">
        <w:trPr>
          <w:jc w:val="center"/>
        </w:trPr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&lt;=</w:t>
            </w:r>
          </w:p>
        </w:tc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mniejsze lub równe</w:t>
            </w:r>
          </w:p>
        </w:tc>
      </w:tr>
      <w:tr w:rsidR="00256D25">
        <w:trPr>
          <w:jc w:val="center"/>
        </w:trPr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&gt;=</w:t>
            </w:r>
          </w:p>
        </w:tc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większe lub równe</w:t>
            </w:r>
          </w:p>
        </w:tc>
      </w:tr>
      <w:tr w:rsidR="00256D25">
        <w:trPr>
          <w:jc w:val="center"/>
        </w:trPr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and / or</w:t>
            </w:r>
          </w:p>
        </w:tc>
        <w:tc>
          <w:tcPr>
            <w:tcW w:w="5156" w:type="dx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i / lub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rPr>
          <w:rFonts w:hint="eastAsia"/>
        </w:rPr>
      </w:pPr>
      <w:r>
        <w:br w:type="page"/>
      </w:r>
    </w:p>
    <w:p w:rsidR="00256D25" w:rsidRDefault="00C77EB3">
      <w:pPr>
        <w:jc w:val="center"/>
        <w:rPr>
          <w:rFonts w:hint="eastAsia"/>
        </w:rPr>
      </w:pPr>
      <w:r>
        <w:rPr>
          <w:b/>
          <w:color w:val="173F5F"/>
          <w:sz w:val="44"/>
        </w:rPr>
        <w:lastRenderedPageBreak/>
        <w:t xml:space="preserve">Zadania – </w:t>
      </w:r>
      <w:r>
        <w:rPr>
          <w:b/>
          <w:color w:val="173F5F"/>
          <w:sz w:val="44"/>
        </w:rPr>
        <w:t>pętla while</w:t>
      </w:r>
    </w:p>
    <w:p w:rsidR="00256D25" w:rsidRDefault="00C77EB3">
      <w:pPr>
        <w:spacing w:after="100"/>
        <w:rPr>
          <w:rFonts w:hint="eastAsia"/>
        </w:rPr>
      </w:pPr>
      <w:r>
        <w:t>Zadania są ułożone od najłatwiejszych do bardziej złożonych. Pod każdym znajduje się przykładowe rozwiązanie.</w:t>
      </w:r>
    </w:p>
    <w:p w:rsidR="00256D25" w:rsidRDefault="00C77EB3">
      <w:pPr>
        <w:pStyle w:val="Nagwek2"/>
      </w:pPr>
      <w:r>
        <w:t xml:space="preserve">1. Liczymy do 10 </w:t>
      </w:r>
      <w:r>
        <w:t>⭐</w:t>
      </w:r>
    </w:p>
    <w:p w:rsidR="00256D25" w:rsidRDefault="00C77EB3">
      <w:pPr>
        <w:spacing w:after="100"/>
        <w:rPr>
          <w:rFonts w:hint="eastAsia"/>
        </w:rPr>
      </w:pPr>
      <w:r>
        <w:t>Wyświetl liczby od 1 do 10 za pomocą while.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1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&lt;= 10: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print(liczba)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+= 1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2"/>
      </w:pPr>
      <w:r>
        <w:t xml:space="preserve">2. Odliczanie </w:t>
      </w:r>
      <w:r>
        <w:t>⭐</w:t>
      </w:r>
    </w:p>
    <w:p w:rsidR="00256D25" w:rsidRDefault="00C77EB3">
      <w:pPr>
        <w:spacing w:after="100"/>
        <w:rPr>
          <w:rFonts w:hint="eastAsia"/>
        </w:rPr>
      </w:pPr>
      <w:r>
        <w:t>Wyświetl liczby od 10 do 1, a następnie START!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10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&gt;= 1: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print(liczba)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-= 1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print("START!")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2"/>
      </w:pPr>
      <w:r>
        <w:t xml:space="preserve">3. Liczby parzyste </w:t>
      </w:r>
      <w:r>
        <w:t>⭐⭐</w:t>
      </w:r>
    </w:p>
    <w:p w:rsidR="00256D25" w:rsidRDefault="00C77EB3">
      <w:pPr>
        <w:spacing w:after="100"/>
        <w:rPr>
          <w:rFonts w:hint="eastAsia"/>
        </w:rPr>
      </w:pPr>
      <w:r>
        <w:t xml:space="preserve">Wyświetl liczby parzyste </w:t>
      </w:r>
      <w:r>
        <w:t>od 2 do 20.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2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&lt;= 20: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print(liczba)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+= 2</w:t>
            </w:r>
          </w:p>
        </w:tc>
      </w:tr>
    </w:tbl>
    <w:p w:rsidR="00256D25" w:rsidRDefault="00256D25">
      <w:pPr>
        <w:rPr>
          <w:rFonts w:hint="eastAsia"/>
        </w:rPr>
      </w:pPr>
    </w:p>
    <w:p w:rsidR="00B070F9" w:rsidRDefault="00B070F9">
      <w:pPr>
        <w:pStyle w:val="Nagwek2"/>
      </w:pPr>
      <w:r>
        <w:br w:type="page"/>
      </w:r>
    </w:p>
    <w:p w:rsidR="00256D25" w:rsidRDefault="00C77EB3">
      <w:pPr>
        <w:pStyle w:val="Nagwek2"/>
      </w:pPr>
      <w:r>
        <w:lastRenderedPageBreak/>
        <w:t xml:space="preserve">4. True czy False? </w:t>
      </w:r>
      <w:r>
        <w:t>⭐⭐</w:t>
      </w:r>
    </w:p>
    <w:p w:rsidR="00256D25" w:rsidRDefault="00C77EB3">
      <w:pPr>
        <w:spacing w:after="100"/>
        <w:rPr>
          <w:rFonts w:hint="eastAsia"/>
        </w:rPr>
      </w:pPr>
      <w:r>
        <w:t>Ustaw liczba = 5. Napisz pętlę, która działa, dopóki liczba jest mniejsza niż 10. Wyświetlaj liczbę i zwiększaj ją o 1.</w:t>
      </w:r>
    </w:p>
    <w:p w:rsidR="00256D25" w:rsidRDefault="00C77EB3">
      <w:pPr>
        <w:rPr>
          <w:rFonts w:hint="eastAsia"/>
        </w:rPr>
      </w:pPr>
      <w:r>
        <w:rPr>
          <w:b/>
        </w:rPr>
        <w:t>Przykłado</w:t>
      </w:r>
      <w:r>
        <w:rPr>
          <w:b/>
        </w:rPr>
        <w:t>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5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 10: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print(liczba)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+= 1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2"/>
      </w:pPr>
      <w:r>
        <w:t xml:space="preserve">5. Suma od 1 do 10 </w:t>
      </w:r>
      <w:r>
        <w:t>⭐⭐</w:t>
      </w:r>
    </w:p>
    <w:p w:rsidR="00256D25" w:rsidRDefault="00C77EB3">
      <w:pPr>
        <w:spacing w:after="100"/>
        <w:rPr>
          <w:rFonts w:hint="eastAsia"/>
        </w:rPr>
      </w:pPr>
      <w:r>
        <w:t>Oblicz sumę liczb od 1 do 10 za pomocą while.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1</w:t>
            </w:r>
            <w:r>
              <w:br/>
            </w:r>
            <w:r>
              <w:rPr>
                <w:rFonts w:ascii="Consolas" w:hAnsi="Consolas"/>
                <w:sz w:val="18"/>
              </w:rPr>
              <w:t>suma = 0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&lt;= 10: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suma += liczba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+= 1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print("Suma:", suma)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2"/>
      </w:pPr>
      <w:r>
        <w:t xml:space="preserve">6. Hasło </w:t>
      </w:r>
      <w:r>
        <w:t>⭐⭐</w:t>
      </w:r>
    </w:p>
    <w:p w:rsidR="00256D25" w:rsidRDefault="00C77EB3">
      <w:pPr>
        <w:spacing w:after="100"/>
        <w:rPr>
          <w:rFonts w:hint="eastAsia"/>
        </w:rPr>
      </w:pPr>
      <w:r>
        <w:t>Pytaj o hasło aż użytkownik wpisze python.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haslo = ""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haslo != "python":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haslo = input("Podaj hasło: 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print("Dostęp przyznany.")</w:t>
            </w:r>
          </w:p>
        </w:tc>
      </w:tr>
    </w:tbl>
    <w:p w:rsidR="00256D25" w:rsidRDefault="00256D25">
      <w:pPr>
        <w:rPr>
          <w:rFonts w:hint="eastAsia"/>
        </w:rPr>
      </w:pPr>
    </w:p>
    <w:p w:rsidR="00B070F9" w:rsidRDefault="00B070F9">
      <w:pPr>
        <w:pStyle w:val="Nagwek2"/>
      </w:pPr>
      <w:r>
        <w:br w:type="page"/>
      </w:r>
    </w:p>
    <w:p w:rsidR="00256D25" w:rsidRDefault="00C77EB3">
      <w:pPr>
        <w:pStyle w:val="Nagwek2"/>
      </w:pPr>
      <w:r>
        <w:lastRenderedPageBreak/>
        <w:t xml:space="preserve">7. Poprawna liczba </w:t>
      </w:r>
      <w:r>
        <w:t>⭐⭐⭐</w:t>
      </w:r>
    </w:p>
    <w:p w:rsidR="00256D25" w:rsidRDefault="00C77EB3">
      <w:pPr>
        <w:spacing w:after="100"/>
        <w:rPr>
          <w:rFonts w:hint="eastAsia"/>
        </w:rPr>
      </w:pPr>
      <w:r>
        <w:t>Pytaj o liczbę od 1 do 10, d</w:t>
      </w:r>
      <w:r>
        <w:t>opóki użytkownik nie poda poprawnej.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liczba = int(input("Podaj liczbę od 1 do 10: "))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liczba &lt; 1 or liczba &gt; 10: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= int(input("Błąd. Spróbuj ponownie: "))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print("Poprawna liczba:", liczba)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2"/>
      </w:pPr>
      <w:r>
        <w:t xml:space="preserve">8. Trzy próby </w:t>
      </w:r>
      <w:r>
        <w:t>⭐⭐⭐</w:t>
      </w:r>
    </w:p>
    <w:p w:rsidR="00256D25" w:rsidRDefault="00C77EB3">
      <w:pPr>
        <w:spacing w:after="100"/>
        <w:rPr>
          <w:rFonts w:hint="eastAsia"/>
        </w:rPr>
      </w:pPr>
      <w:r>
        <w:t>Pozwól użytkownikowi maksymalnie 3 razy podać hasło.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haslo = ""</w:t>
            </w:r>
            <w:r>
              <w:br/>
            </w:r>
            <w:r>
              <w:rPr>
                <w:rFonts w:ascii="Consolas" w:hAnsi="Consolas"/>
                <w:sz w:val="18"/>
              </w:rPr>
              <w:t>proby = 0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haslo != "python" and proby &lt; 3: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haslo = input("Hasło: 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proby += 1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if haslo == "python":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print("Dostęp przyznany.")</w:t>
            </w:r>
            <w:r>
              <w:br/>
            </w:r>
            <w:r>
              <w:rPr>
                <w:rFonts w:ascii="Consolas" w:hAnsi="Consolas"/>
                <w:sz w:val="18"/>
              </w:rPr>
              <w:t>else: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print("Br</w:t>
            </w:r>
            <w:r>
              <w:rPr>
                <w:rFonts w:ascii="Consolas" w:hAnsi="Consolas"/>
                <w:sz w:val="18"/>
              </w:rPr>
              <w:t>ak dostępu.")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2"/>
      </w:pPr>
      <w:r>
        <w:t xml:space="preserve">9. Program aż do zera </w:t>
      </w:r>
      <w:r>
        <w:t>⭐⭐⭐</w:t>
      </w:r>
    </w:p>
    <w:p w:rsidR="00256D25" w:rsidRDefault="00C77EB3">
      <w:pPr>
        <w:spacing w:after="100"/>
        <w:rPr>
          <w:rFonts w:hint="eastAsia"/>
        </w:rPr>
      </w:pPr>
      <w:r>
        <w:t>Utwórz program działający w while True. Pobieraj liczby i kończ dopiero po wpisaniu 0.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while True: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= int(input("Podaj liczbę (0 kończy): "))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if liczba == 0: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break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</w:t>
            </w:r>
            <w:r>
              <w:rPr>
                <w:rFonts w:ascii="Consolas" w:hAnsi="Consolas"/>
                <w:sz w:val="18"/>
              </w:rPr>
              <w:t xml:space="preserve">   print("Wpisałeś:", liczba)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print("Koniec.")</w:t>
            </w:r>
          </w:p>
        </w:tc>
      </w:tr>
    </w:tbl>
    <w:p w:rsidR="00256D25" w:rsidRDefault="00256D25">
      <w:pPr>
        <w:rPr>
          <w:rFonts w:hint="eastAsia"/>
        </w:rPr>
      </w:pPr>
    </w:p>
    <w:p w:rsidR="00B070F9" w:rsidRDefault="00B070F9">
      <w:pPr>
        <w:pStyle w:val="Nagwek2"/>
      </w:pPr>
      <w:r>
        <w:br w:type="page"/>
      </w:r>
    </w:p>
    <w:p w:rsidR="00256D25" w:rsidRDefault="00C77EB3">
      <w:pPr>
        <w:pStyle w:val="Nagwek2"/>
      </w:pPr>
      <w:r>
        <w:lastRenderedPageBreak/>
        <w:t xml:space="preserve">10. Suma aż do zera </w:t>
      </w:r>
      <w:r>
        <w:t>⭐⭐⭐⭐</w:t>
      </w:r>
    </w:p>
    <w:p w:rsidR="00256D25" w:rsidRDefault="00C77EB3">
      <w:pPr>
        <w:spacing w:after="100"/>
        <w:rPr>
          <w:rFonts w:hint="eastAsia"/>
        </w:rPr>
      </w:pPr>
      <w:r>
        <w:t>Program ma działać ciągle, pobierać liczby i sumować je. Wpisanie 0 kończy program.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suma = 0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True: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liczba = int(input("Podaj liczbę (0 kończy): "</w:t>
            </w:r>
            <w:r>
              <w:rPr>
                <w:rFonts w:ascii="Consolas" w:hAnsi="Consolas"/>
                <w:sz w:val="18"/>
              </w:rPr>
              <w:t>))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if liczba == 0: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break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suma += liczba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print("Suma:", suma)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2"/>
      </w:pPr>
      <w:r>
        <w:t xml:space="preserve">11. Menu </w:t>
      </w:r>
      <w:r>
        <w:t>⭐⭐⭐⭐</w:t>
      </w:r>
    </w:p>
    <w:p w:rsidR="00256D25" w:rsidRDefault="00C77EB3">
      <w:pPr>
        <w:spacing w:after="100"/>
        <w:rPr>
          <w:rFonts w:hint="eastAsia"/>
        </w:rPr>
      </w:pPr>
      <w:r>
        <w:t>Zbuduj menu działające ciągle: 1 – Cześć, 2 – aktualny komunikat, 0 – zakończenie.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while True: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print("\n1 - Cześć")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print("2 - </w:t>
            </w:r>
            <w:r>
              <w:rPr>
                <w:rFonts w:ascii="Consolas" w:hAnsi="Consolas"/>
                <w:sz w:val="18"/>
              </w:rPr>
              <w:t>Komunikat")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print("0 - Koniec")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wybor = input("Wybierz: 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if wybor == "1":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print("Cześć!")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elif wybor == "2":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print("Program nadal działa.")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elif wybor == "0":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break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else: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print("Błędny wybór.")</w:t>
            </w:r>
          </w:p>
        </w:tc>
      </w:tr>
    </w:tbl>
    <w:p w:rsidR="00256D25" w:rsidRDefault="00256D25">
      <w:pPr>
        <w:rPr>
          <w:rFonts w:hint="eastAsia"/>
        </w:rPr>
      </w:pPr>
    </w:p>
    <w:p w:rsidR="00B070F9" w:rsidRDefault="00B070F9">
      <w:pPr>
        <w:pStyle w:val="Nagwek2"/>
      </w:pPr>
      <w:r>
        <w:br w:type="page"/>
      </w:r>
    </w:p>
    <w:p w:rsidR="00256D25" w:rsidRDefault="00C77EB3">
      <w:pPr>
        <w:pStyle w:val="Nagwek2"/>
      </w:pPr>
      <w:r>
        <w:lastRenderedPageBreak/>
        <w:t xml:space="preserve">12. Licznik poleceń </w:t>
      </w:r>
      <w:r>
        <w:t>⭐⭐⭐⭐⭐</w:t>
      </w:r>
    </w:p>
    <w:p w:rsidR="00256D25" w:rsidRDefault="00C77EB3">
      <w:pPr>
        <w:spacing w:after="100"/>
        <w:rPr>
          <w:rFonts w:hint="eastAsia"/>
        </w:rPr>
      </w:pPr>
      <w:r>
        <w:t>Program ma działać w while True. Użytkownik wpisuje dowolne teksty. Program liczy, ile wpisów podano. Słowo KONIEC kończy program i wyświetla liczbę wcześniejszych wpisów.</w:t>
      </w:r>
    </w:p>
    <w:p w:rsidR="00256D25" w:rsidRDefault="00C77EB3">
      <w:pPr>
        <w:rPr>
          <w:rFonts w:hint="eastAsia"/>
        </w:rPr>
      </w:pPr>
      <w:r>
        <w:rPr>
          <w:b/>
        </w:rPr>
        <w:t>Przykładowe rozwiązanie: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licznik = 0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while True: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teks</w:t>
            </w:r>
            <w:r>
              <w:rPr>
                <w:rFonts w:ascii="Consolas" w:hAnsi="Consolas"/>
                <w:sz w:val="18"/>
              </w:rPr>
              <w:t>t = input("Wpisz tekst (KONIEC kończy): 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if tekst == "KONIEC":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break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licznik += 1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>print("Liczba wpisów:", licznik)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pStyle w:val="Nagwek1"/>
      </w:pPr>
      <w:r>
        <w:t xml:space="preserve">Zadanie dodatkowe </w:t>
      </w:r>
      <w:bookmarkStart w:id="0" w:name="_GoBack"/>
      <w:bookmarkEnd w:id="0"/>
    </w:p>
    <w:p w:rsidR="00256D25" w:rsidRDefault="00C77EB3">
      <w:pPr>
        <w:spacing w:after="100"/>
        <w:rPr>
          <w:rFonts w:hint="eastAsia"/>
        </w:rPr>
      </w:pPr>
      <w:r>
        <w:t>Zbuduj prosty kalkulator działający bez końca. Użytkownik podaje dwie liczby i wybiera +, -, * lu</w:t>
      </w:r>
      <w:r>
        <w:t>b /. Po wykonaniu działania program wraca do początku. Wpisanie Q zamiast działania kończy program.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while True: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dzialanie = input("Wybierz +, -, *, / lub Q: ")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if dzialanie == "Q":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break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a = float(input("Pierwsza liczba: "))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b = f</w:t>
            </w:r>
            <w:r>
              <w:rPr>
                <w:rFonts w:ascii="Consolas" w:hAnsi="Consolas"/>
                <w:sz w:val="18"/>
              </w:rPr>
              <w:t>loat(input("Druga liczba: "))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if dzialanie == "+":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print(a + b)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elif dzialanie == "-":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print(a - b)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elif dzialanie == "*":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print(a * b)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elif dzialanie == "/":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if b != 0: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    print(a / b)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else</w:t>
            </w:r>
            <w:r>
              <w:rPr>
                <w:rFonts w:ascii="Consolas" w:hAnsi="Consolas"/>
                <w:sz w:val="18"/>
              </w:rPr>
              <w:t>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    print("Nie można dzielić przez zero.")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else: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print("Nieznane działanie.")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rPr>
          <w:rFonts w:hint="eastAsia"/>
        </w:rPr>
      </w:pPr>
      <w:r>
        <w:br w:type="page"/>
      </w:r>
    </w:p>
    <w:p w:rsidR="00256D25" w:rsidRDefault="00C77EB3">
      <w:pPr>
        <w:jc w:val="center"/>
        <w:rPr>
          <w:rFonts w:hint="eastAsia"/>
        </w:rPr>
      </w:pPr>
      <w:r>
        <w:rPr>
          <w:b/>
          <w:color w:val="173F5F"/>
          <w:sz w:val="46"/>
        </w:rPr>
        <w:lastRenderedPageBreak/>
        <w:t>Ściąga – while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while WARUNEK: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instrukcje</w:t>
            </w:r>
          </w:p>
        </w:tc>
      </w:tr>
    </w:tbl>
    <w:p w:rsidR="00256D25" w:rsidRDefault="00256D25">
      <w:pPr>
        <w:rPr>
          <w:rFonts w:hint="eastAs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256D25">
        <w:tc>
          <w:tcPr>
            <w:tcW w:w="10312" w:type="dxa"/>
            <w:shd w:val="clear" w:color="auto" w:fill="EAF4FB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WARUNEK = True → pętla działa. WARUNEK = False → pętla się kończy.</w:t>
            </w:r>
          </w:p>
        </w:tc>
      </w:tr>
    </w:tbl>
    <w:p w:rsidR="00256D25" w:rsidRDefault="00256D25">
      <w:pPr>
        <w:rPr>
          <w:rFonts w:hint="eastAsi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256D25">
        <w:trPr>
          <w:jc w:val="center"/>
        </w:trPr>
        <w:tc>
          <w:tcPr>
            <w:tcW w:w="10312" w:type="dxa"/>
            <w:shd w:val="clear" w:color="auto" w:fill="F4F7FA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rPr>
                <w:rFonts w:ascii="Consolas" w:hAnsi="Consolas"/>
                <w:sz w:val="18"/>
              </w:rPr>
              <w:t>while True: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instrukcje</w:t>
            </w:r>
            <w:r>
              <w:br/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if warunek_zakonczenia:</w:t>
            </w:r>
            <w:r>
              <w:br/>
            </w:r>
            <w:r>
              <w:rPr>
                <w:rFonts w:ascii="Consolas" w:hAnsi="Consolas"/>
                <w:sz w:val="18"/>
              </w:rPr>
              <w:t xml:space="preserve">        break</w:t>
            </w:r>
          </w:p>
        </w:tc>
      </w:tr>
    </w:tbl>
    <w:p w:rsidR="00256D25" w:rsidRDefault="00256D25">
      <w:pPr>
        <w:rPr>
          <w:rFonts w:hint="eastAsi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12"/>
      </w:tblGrid>
      <w:tr w:rsidR="00256D25">
        <w:tc>
          <w:tcPr>
            <w:tcW w:w="10312" w:type="dxa"/>
            <w:shd w:val="clear" w:color="auto" w:fill="FFF4E5"/>
            <w:tcMar>
              <w:top w:w="130" w:type="dxa"/>
              <w:left w:w="130" w:type="dxa"/>
              <w:bottom w:w="130" w:type="dxa"/>
              <w:right w:w="130" w:type="dxa"/>
            </w:tcMar>
          </w:tcPr>
          <w:p w:rsidR="00256D25" w:rsidRDefault="00C77EB3">
            <w:pPr>
              <w:rPr>
                <w:rFonts w:hint="eastAsia"/>
              </w:rPr>
            </w:pPr>
            <w:r>
              <w:t>while True tworzy celowo pętlę działającą ciągle. break pozwala ją zakończyć w wybranym momencie.</w:t>
            </w:r>
          </w:p>
        </w:tc>
      </w:tr>
    </w:tbl>
    <w:p w:rsidR="00256D25" w:rsidRDefault="00256D25">
      <w:pPr>
        <w:rPr>
          <w:rFonts w:hint="eastAsia"/>
        </w:rPr>
      </w:pPr>
    </w:p>
    <w:p w:rsidR="00256D25" w:rsidRDefault="00C77EB3">
      <w:pPr>
        <w:spacing w:after="100"/>
        <w:rPr>
          <w:rFonts w:hint="eastAsia"/>
        </w:rPr>
      </w:pPr>
      <w:r>
        <w:t>Najczęstszy błąd: brak zmiany wartości, od której zależy warunek. Może to spowodować niezamierzoną pętlę nieskoń</w:t>
      </w:r>
      <w:r>
        <w:t>czoną.</w:t>
      </w:r>
    </w:p>
    <w:sectPr w:rsidR="00256D25" w:rsidSect="00034616">
      <w:footerReference w:type="default" r:id="rId9"/>
      <w:pgSz w:w="12240" w:h="15840"/>
      <w:pgMar w:top="907" w:right="964" w:bottom="907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EB3" w:rsidRDefault="00C77EB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C77EB3" w:rsidRDefault="00C77EB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8422"/>
      <w:gridCol w:w="2106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124999703"/>
        <w:docPartObj>
          <w:docPartGallery w:val="Page Numbers (Bottom of Page)"/>
          <w:docPartUnique/>
        </w:docPartObj>
      </w:sdtPr>
      <w:sdtEndPr>
        <w:rPr>
          <w:rFonts w:ascii="Aptos" w:eastAsiaTheme="minorEastAsia" w:hAnsi="Aptos" w:cstheme="minorBidi"/>
          <w:sz w:val="21"/>
          <w:szCs w:val="22"/>
        </w:rPr>
      </w:sdtEndPr>
      <w:sdtContent>
        <w:tr w:rsidR="00B070F9">
          <w:trPr>
            <w:trHeight w:val="727"/>
          </w:trPr>
          <w:tc>
            <w:tcPr>
              <w:tcW w:w="4000" w:type="pct"/>
              <w:tcBorders>
                <w:right w:val="triple" w:sz="4" w:space="0" w:color="4F81BD" w:themeColor="accent1"/>
              </w:tcBorders>
            </w:tcPr>
            <w:p w:rsidR="00B070F9" w:rsidRDefault="00B070F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F81BD" w:themeColor="accent1"/>
              </w:tcBorders>
            </w:tcPr>
            <w:p w:rsidR="00B070F9" w:rsidRDefault="00B070F9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Pr="00B070F9">
                <w:rPr>
                  <w:rFonts w:hint="eastAsia"/>
                  <w:noProof/>
                  <w:lang w:val="pl-PL"/>
                </w:rPr>
                <w:t>1</w:t>
              </w:r>
              <w:r>
                <w:fldChar w:fldCharType="end"/>
              </w:r>
            </w:p>
          </w:tc>
        </w:tr>
      </w:sdtContent>
    </w:sdt>
  </w:tbl>
  <w:p w:rsidR="00256D25" w:rsidRDefault="00256D25">
    <w:pPr>
      <w:pStyle w:val="Stopka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EB3" w:rsidRDefault="00C77EB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C77EB3" w:rsidRDefault="00C77EB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56D25"/>
    <w:rsid w:val="0029639D"/>
    <w:rsid w:val="00326F90"/>
    <w:rsid w:val="00AA1D8D"/>
    <w:rsid w:val="00B070F9"/>
    <w:rsid w:val="00B47730"/>
    <w:rsid w:val="00C77EB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F5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65A00"/>
      <w:sz w:val="25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73F5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65A00"/>
      <w:sz w:val="25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0FE011-DC41-4D10-8263-34FD7F8A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1235</Words>
  <Characters>7414</Characters>
  <Application>Microsoft Office Word</Application>
  <DocSecurity>0</DocSecurity>
  <Lines>61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k.wojciechowska</cp:lastModifiedBy>
  <cp:revision>2</cp:revision>
  <dcterms:created xsi:type="dcterms:W3CDTF">2026-08-31T15:43:00Z</dcterms:created>
  <dcterms:modified xsi:type="dcterms:W3CDTF">2026-08-31T15:43:00Z</dcterms:modified>
</cp:coreProperties>
</file>